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8F1F7D" w14:textId="77777777" w:rsidR="00F27A4D" w:rsidRPr="00FA7BF1" w:rsidRDefault="00F27A4D" w:rsidP="00F27A4D">
      <w:pPr>
        <w:tabs>
          <w:tab w:val="left" w:pos="5434"/>
        </w:tabs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sv-SE"/>
        </w:rPr>
      </w:pPr>
      <w:r w:rsidRPr="00FA7BF1">
        <w:rPr>
          <w:rFonts w:ascii="Times New Roman" w:hAnsi="Times New Roman" w:cs="Times New Roman"/>
          <w:b/>
          <w:bCs/>
          <w:sz w:val="26"/>
          <w:szCs w:val="26"/>
          <w:lang w:val="sv-SE"/>
        </w:rPr>
        <w:t>CỘNG HÒA XÃ HỘI CHỦ NGHĨA VIỆT NAM</w:t>
      </w:r>
    </w:p>
    <w:p w14:paraId="38B7D148" w14:textId="0E3BA333" w:rsidR="00F27A4D" w:rsidRPr="00FA7BF1" w:rsidRDefault="00A644AA" w:rsidP="00F27A4D">
      <w:pPr>
        <w:tabs>
          <w:tab w:val="left" w:pos="54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sv-SE"/>
        </w:rPr>
      </w:pPr>
      <w:r w:rsidRPr="00FA7BF1">
        <w:rPr>
          <w:rFonts w:ascii="Times New Roman" w:hAnsi="Times New Roman" w:cs="Times New Roman"/>
          <w:b/>
          <w:bCs/>
          <w:noProof/>
          <w:sz w:val="26"/>
          <w:szCs w:val="26"/>
          <w:lang w:val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F09AEB" wp14:editId="68F0B0BD">
                <wp:simplePos x="0" y="0"/>
                <wp:positionH relativeFrom="column">
                  <wp:posOffset>4930140</wp:posOffset>
                </wp:positionH>
                <wp:positionV relativeFrom="paragraph">
                  <wp:posOffset>37465</wp:posOffset>
                </wp:positionV>
                <wp:extent cx="885825" cy="12382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B87504" w14:textId="77777777" w:rsidR="00A644AA" w:rsidRDefault="00A644AA" w:rsidP="00A644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C3A5944" w14:textId="1DB14BDF" w:rsidR="00A644AA" w:rsidRPr="00A644AA" w:rsidRDefault="00A644AA" w:rsidP="00A644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644AA">
                              <w:rPr>
                                <w:rFonts w:ascii="Times New Roman" w:hAnsi="Times New Roman" w:cs="Times New Roman"/>
                              </w:rPr>
                              <w:t>Ảnh</w:t>
                            </w:r>
                          </w:p>
                          <w:p w14:paraId="60D19EDC" w14:textId="657F7186" w:rsidR="00A644AA" w:rsidRPr="00A644AA" w:rsidRDefault="00A644AA" w:rsidP="00A644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644AA">
                              <w:rPr>
                                <w:rFonts w:ascii="Times New Roman" w:hAnsi="Times New Roman" w:cs="Times New Roman"/>
                              </w:rPr>
                              <w:t>(3 x 4 cm)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shapetype w14:anchorId="20F09AE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88.2pt;margin-top:2.95pt;width:69.75pt;height:97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" fillcolor="white [3201]" strokeweight=".5pt">
                <v:textbox>
                  <w:txbxContent>
                    <w:p w14:paraId="35B87504" w14:textId="77777777" w:rsidR="00A644AA" w:rsidRDefault="00A644AA" w:rsidP="00A644A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7C3A5944" w14:textId="1DB14BDF" w:rsidR="00A644AA" w:rsidRPr="00A644AA" w:rsidRDefault="00A644AA" w:rsidP="00A644A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644AA">
                        <w:rPr>
                          <w:rFonts w:ascii="Times New Roman" w:hAnsi="Times New Roman" w:cs="Times New Roman"/>
                        </w:rPr>
                        <w:t>Ảnh</w:t>
                      </w:r>
                    </w:p>
                    <w:p w14:paraId="60D19EDC" w14:textId="657F7186" w:rsidR="00A644AA" w:rsidRPr="00A644AA" w:rsidRDefault="00A644AA" w:rsidP="00A644A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644AA">
                        <w:rPr>
                          <w:rFonts w:ascii="Times New Roman" w:hAnsi="Times New Roman" w:cs="Times New Roman"/>
                        </w:rPr>
                        <w:t>(3 x 4 cm)</w:t>
                      </w:r>
                    </w:p>
                  </w:txbxContent>
                </v:textbox>
              </v:shape>
            </w:pict>
          </mc:Fallback>
        </mc:AlternateContent>
      </w:r>
      <w:r w:rsidR="00F27A4D" w:rsidRPr="00FA7BF1">
        <w:rPr>
          <w:rFonts w:ascii="Times New Roman" w:hAnsi="Times New Roman" w:cs="Times New Roman"/>
          <w:b/>
          <w:bCs/>
          <w:sz w:val="26"/>
          <w:szCs w:val="26"/>
          <w:lang w:val="sv-SE"/>
        </w:rPr>
        <w:t>Độc lập - Tự do - Hạnh phúc</w:t>
      </w:r>
    </w:p>
    <w:p w14:paraId="21001F4B" w14:textId="3E9BE99E" w:rsidR="00F27A4D" w:rsidRPr="00B9052E" w:rsidRDefault="00CE15E3" w:rsidP="00CE15E3">
      <w:pPr>
        <w:tabs>
          <w:tab w:val="left" w:pos="5434"/>
        </w:tabs>
        <w:spacing w:before="100" w:beforeAutospacing="1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v-SE"/>
        </w:rPr>
      </w:pPr>
      <w:r w:rsidRPr="00B9052E">
        <w:rPr>
          <w:rFonts w:ascii="Times New Roman" w:hAnsi="Times New Roman" w:cs="Times New Roman"/>
          <w:b/>
          <w:bCs/>
          <w:noProof/>
          <w:sz w:val="28"/>
          <w:szCs w:val="28"/>
          <w:lang w:val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2EC0E1" wp14:editId="6C417B8A">
                <wp:simplePos x="0" y="0"/>
                <wp:positionH relativeFrom="column">
                  <wp:posOffset>1976755</wp:posOffset>
                </wp:positionH>
                <wp:positionV relativeFrom="paragraph">
                  <wp:posOffset>14605</wp:posOffset>
                </wp:positionV>
                <wp:extent cx="18383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dk1"/>
                          </a:solidFill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line w14:anchorId="23BB9F6B" id="Straight Connector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65pt,1.15pt" to="300.4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" strokecolor="black [3200]"/>
            </w:pict>
          </mc:Fallback>
        </mc:AlternateContent>
      </w:r>
      <w:r w:rsidR="00F27A4D" w:rsidRPr="00B9052E">
        <w:rPr>
          <w:rFonts w:ascii="Times New Roman" w:hAnsi="Times New Roman" w:cs="Times New Roman"/>
          <w:b/>
          <w:bCs/>
          <w:sz w:val="28"/>
          <w:szCs w:val="28"/>
          <w:lang w:val="sv-SE"/>
        </w:rPr>
        <w:t>PHIẾU ĐĂNG KÝ</w:t>
      </w:r>
    </w:p>
    <w:p w14:paraId="1CBD51FF" w14:textId="77777777" w:rsidR="00F27A4D" w:rsidRPr="00B9052E" w:rsidRDefault="00F27A4D" w:rsidP="00F27A4D">
      <w:pPr>
        <w:tabs>
          <w:tab w:val="left" w:pos="54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v-SE"/>
        </w:rPr>
      </w:pPr>
      <w:r w:rsidRPr="00B9052E">
        <w:rPr>
          <w:rFonts w:ascii="Times New Roman" w:hAnsi="Times New Roman" w:cs="Times New Roman"/>
          <w:b/>
          <w:bCs/>
          <w:sz w:val="28"/>
          <w:szCs w:val="28"/>
          <w:lang w:val="sv-SE"/>
        </w:rPr>
        <w:t>XÉT TUYỂN THẲNG VÀO ĐẠI HỌC NĂM 2026</w:t>
      </w:r>
    </w:p>
    <w:p w14:paraId="25FF5DA2" w14:textId="77777777" w:rsidR="00F27A4D" w:rsidRPr="00B9052E" w:rsidRDefault="00F27A4D" w:rsidP="00F27A4D">
      <w:pPr>
        <w:tabs>
          <w:tab w:val="left" w:pos="54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v-SE"/>
        </w:rPr>
      </w:pPr>
      <w:r w:rsidRPr="00B9052E">
        <w:rPr>
          <w:rFonts w:ascii="Times New Roman" w:hAnsi="Times New Roman" w:cs="Times New Roman"/>
          <w:b/>
          <w:bCs/>
          <w:sz w:val="28"/>
          <w:szCs w:val="28"/>
          <w:lang w:val="sv-SE"/>
        </w:rPr>
        <w:t>(Sử dụng cho thí sinh thuộc diện xét tuyển thẳng)</w:t>
      </w:r>
    </w:p>
    <w:p w14:paraId="50B7D9F4" w14:textId="77777777" w:rsidR="00F27A4D" w:rsidRPr="00F27A4D" w:rsidRDefault="00F27A4D" w:rsidP="00F27A4D">
      <w:pPr>
        <w:tabs>
          <w:tab w:val="left" w:pos="5434"/>
        </w:tabs>
        <w:rPr>
          <w:rFonts w:ascii="Times New Roman" w:hAnsi="Times New Roman" w:cs="Times New Roman"/>
          <w:sz w:val="24"/>
          <w:szCs w:val="24"/>
          <w:lang w:val="sv-SE"/>
        </w:rPr>
      </w:pPr>
    </w:p>
    <w:p w14:paraId="7B8FFC35" w14:textId="7144BBF1" w:rsidR="00DA4687" w:rsidRPr="00B81FF5" w:rsidRDefault="00346E35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sz w:val="26"/>
          <w:szCs w:val="26"/>
          <w:lang w:val="sv-SE"/>
        </w:rPr>
      </w:pPr>
      <w:r w:rsidRPr="00B81FF5">
        <w:rPr>
          <w:rFonts w:ascii="Times New Roman" w:hAnsi="Times New Roman" w:cs="Times New Roman"/>
          <w:noProof/>
          <w:sz w:val="26"/>
          <w:szCs w:val="26"/>
          <w:lang w:val="sv-S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FFEB3A" wp14:editId="2BA2C165">
                <wp:simplePos x="0" y="0"/>
                <wp:positionH relativeFrom="margin">
                  <wp:posOffset>5529580</wp:posOffset>
                </wp:positionH>
                <wp:positionV relativeFrom="paragraph">
                  <wp:posOffset>205740</wp:posOffset>
                </wp:positionV>
                <wp:extent cx="272415" cy="247650"/>
                <wp:effectExtent l="0" t="0" r="1333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99396" w14:textId="77777777" w:rsidR="00B010F2" w:rsidRDefault="00B010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7EFFEB3A" id="Text Box 3" o:spid="_x0000_s1027" type="#_x0000_t202" style="position:absolute;margin-left:435.4pt;margin-top:16.2pt;width:21.45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" fillcolor="white [3201]" strokeweight=".5pt">
                <v:textbox>
                  <w:txbxContent>
                    <w:p w14:paraId="15E99396" w14:textId="77777777" w:rsidR="00B010F2" w:rsidRDefault="00B010F2"/>
                  </w:txbxContent>
                </v:textbox>
                <w10:wrap anchorx="margin"/>
              </v:shape>
            </w:pict>
          </mc:Fallback>
        </mc:AlternateContent>
      </w:r>
      <w:r w:rsidR="00DA4687" w:rsidRPr="00BC0A10">
        <w:rPr>
          <w:rFonts w:ascii="Times New Roman" w:hAnsi="Times New Roman" w:cs="Times New Roman"/>
          <w:b/>
          <w:bCs/>
          <w:sz w:val="26"/>
          <w:szCs w:val="26"/>
          <w:lang w:val="sv-SE"/>
        </w:rPr>
        <w:t>1. Họ và tên thí sinh</w:t>
      </w:r>
      <w:r w:rsidR="00DA4687" w:rsidRPr="00B81FF5">
        <w:rPr>
          <w:rFonts w:ascii="Times New Roman" w:hAnsi="Times New Roman" w:cs="Times New Roman"/>
          <w:sz w:val="26"/>
          <w:szCs w:val="26"/>
          <w:lang w:val="sv-SE"/>
        </w:rPr>
        <w:t xml:space="preserve"> (Viết đúng như giấy khai sinh bằng chữ in hoa có dấu)</w:t>
      </w:r>
    </w:p>
    <w:p w14:paraId="21EC2671" w14:textId="690B9EEF" w:rsidR="00D34269" w:rsidRPr="00B81FF5" w:rsidRDefault="00DA4687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sz w:val="26"/>
          <w:szCs w:val="26"/>
          <w:lang w:val="sv-SE"/>
        </w:rPr>
      </w:pPr>
      <w:r w:rsidRPr="00B81FF5">
        <w:rPr>
          <w:rFonts w:ascii="Times New Roman" w:hAnsi="Times New Roman" w:cs="Times New Roman"/>
          <w:sz w:val="26"/>
          <w:szCs w:val="26"/>
          <w:lang w:val="sv-SE"/>
        </w:rPr>
        <w:t>.................................................................................</w:t>
      </w:r>
      <w:r w:rsidRPr="000616F8">
        <w:rPr>
          <w:rFonts w:ascii="Times New Roman" w:hAnsi="Times New Roman" w:cs="Times New Roman"/>
          <w:b/>
          <w:bCs/>
          <w:sz w:val="26"/>
          <w:szCs w:val="26"/>
          <w:lang w:val="sv-SE"/>
        </w:rPr>
        <w:t>Giới tính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 xml:space="preserve"> (nữ ghi 1, nam ghi 0)</w:t>
      </w:r>
    </w:p>
    <w:p w14:paraId="65C62293" w14:textId="7BBAFD59" w:rsidR="00DA4687" w:rsidRPr="00B81FF5" w:rsidRDefault="00DA4687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sz w:val="26"/>
          <w:szCs w:val="26"/>
          <w:lang w:val="sv-SE"/>
        </w:rPr>
      </w:pPr>
      <w:r w:rsidRPr="00BC0A10">
        <w:rPr>
          <w:rFonts w:ascii="Times New Roman" w:hAnsi="Times New Roman" w:cs="Times New Roman"/>
          <w:b/>
          <w:bCs/>
          <w:sz w:val="26"/>
          <w:szCs w:val="26"/>
          <w:lang w:val="sv-SE"/>
        </w:rPr>
        <w:t>2. Ngày, tháng và năm sinh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>.................................................Dân tộc...............................</w:t>
      </w:r>
    </w:p>
    <w:p w14:paraId="7D293E03" w14:textId="38934CC7" w:rsidR="00DA4687" w:rsidRPr="00B81FF5" w:rsidRDefault="00DA4687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sz w:val="26"/>
          <w:szCs w:val="26"/>
          <w:lang w:val="sv-SE"/>
        </w:rPr>
      </w:pPr>
      <w:r w:rsidRPr="00BC0A10">
        <w:rPr>
          <w:rFonts w:ascii="Times New Roman" w:hAnsi="Times New Roman" w:cs="Times New Roman"/>
          <w:b/>
          <w:bCs/>
          <w:sz w:val="26"/>
          <w:szCs w:val="26"/>
          <w:lang w:val="sv-SE"/>
        </w:rPr>
        <w:t>3. Số CCCD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 xml:space="preserve"> (như hồ sơ đăng ký dự thi):</w:t>
      </w:r>
      <w:r w:rsidR="00AE13B9" w:rsidRPr="00B81FF5">
        <w:rPr>
          <w:rFonts w:ascii="Times New Roman" w:hAnsi="Times New Roman" w:cs="Times New Roman"/>
          <w:sz w:val="26"/>
          <w:szCs w:val="26"/>
          <w:lang w:val="sv-SE"/>
        </w:rPr>
        <w:t>..........................................................................</w:t>
      </w:r>
    </w:p>
    <w:p w14:paraId="34684B2F" w14:textId="23526EE0" w:rsidR="00DA4687" w:rsidRPr="00B81FF5" w:rsidRDefault="00DA4687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sz w:val="26"/>
          <w:szCs w:val="26"/>
          <w:lang w:val="sv-SE"/>
        </w:rPr>
      </w:pPr>
      <w:r w:rsidRPr="00BC0A10">
        <w:rPr>
          <w:rFonts w:ascii="Times New Roman" w:hAnsi="Times New Roman" w:cs="Times New Roman"/>
          <w:b/>
          <w:bCs/>
          <w:sz w:val="26"/>
          <w:szCs w:val="26"/>
          <w:lang w:val="sv-SE"/>
        </w:rPr>
        <w:t>4. Điện thoại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 xml:space="preserve"> (như hồ sơ đăng ký dự thi): ............................ Email: ...............................</w:t>
      </w:r>
    </w:p>
    <w:p w14:paraId="201928DC" w14:textId="43538A2D" w:rsidR="00DA4687" w:rsidRPr="00B81FF5" w:rsidRDefault="00DA4687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sz w:val="26"/>
          <w:szCs w:val="26"/>
          <w:lang w:val="sv-SE"/>
        </w:rPr>
      </w:pPr>
      <w:r w:rsidRPr="00BC0A10">
        <w:rPr>
          <w:rFonts w:ascii="Times New Roman" w:hAnsi="Times New Roman" w:cs="Times New Roman"/>
          <w:b/>
          <w:bCs/>
          <w:sz w:val="26"/>
          <w:szCs w:val="26"/>
          <w:lang w:val="sv-SE"/>
        </w:rPr>
        <w:t>5. Nơi sinh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 xml:space="preserve"> (Xã - Tỉnh):....................................................................................................</w:t>
      </w:r>
    </w:p>
    <w:p w14:paraId="00415126" w14:textId="3303AA74" w:rsidR="00DA4687" w:rsidRPr="00B81FF5" w:rsidRDefault="00DA4687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sz w:val="26"/>
          <w:szCs w:val="26"/>
          <w:lang w:val="sv-SE"/>
        </w:rPr>
      </w:pPr>
      <w:r w:rsidRPr="00BC0A10">
        <w:rPr>
          <w:rFonts w:ascii="Times New Roman" w:hAnsi="Times New Roman" w:cs="Times New Roman"/>
          <w:b/>
          <w:bCs/>
          <w:sz w:val="26"/>
          <w:szCs w:val="26"/>
          <w:lang w:val="sv-SE"/>
        </w:rPr>
        <w:t>6. Năm tốt nghiệp THPT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>: ...............................................................................................</w:t>
      </w:r>
    </w:p>
    <w:p w14:paraId="64D2CE62" w14:textId="235F6CA8" w:rsidR="00DA4687" w:rsidRPr="00B81FF5" w:rsidRDefault="00DA4687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sz w:val="26"/>
          <w:szCs w:val="26"/>
          <w:lang w:val="sv-SE"/>
        </w:rPr>
      </w:pPr>
      <w:r w:rsidRPr="00BC0A10">
        <w:rPr>
          <w:rFonts w:ascii="Times New Roman" w:hAnsi="Times New Roman" w:cs="Times New Roman"/>
          <w:b/>
          <w:bCs/>
          <w:sz w:val="26"/>
          <w:szCs w:val="26"/>
          <w:lang w:val="sv-SE"/>
        </w:rPr>
        <w:t>7. Năm đoạt giải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>:</w:t>
      </w:r>
      <w:r w:rsidR="00F64ACC" w:rsidRPr="00B81FF5">
        <w:rPr>
          <w:rFonts w:ascii="Times New Roman" w:hAnsi="Times New Roman" w:cs="Times New Roman"/>
          <w:sz w:val="26"/>
          <w:szCs w:val="26"/>
          <w:lang w:val="sv-SE"/>
        </w:rPr>
        <w:t>...................................................</w:t>
      </w:r>
      <w:r w:rsidR="00F64ACC">
        <w:rPr>
          <w:rFonts w:ascii="Times New Roman" w:hAnsi="Times New Roman" w:cs="Times New Roman"/>
          <w:sz w:val="26"/>
          <w:szCs w:val="26"/>
          <w:lang w:val="sv-SE"/>
        </w:rPr>
        <w:t>...........................................................</w:t>
      </w:r>
    </w:p>
    <w:p w14:paraId="06446C8F" w14:textId="7EA14380" w:rsidR="00DA4687" w:rsidRPr="00F424B2" w:rsidRDefault="00DA4687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b/>
          <w:bCs/>
          <w:sz w:val="26"/>
          <w:szCs w:val="26"/>
          <w:lang w:val="sv-SE"/>
        </w:rPr>
      </w:pPr>
      <w:r w:rsidRPr="00BC0A10">
        <w:rPr>
          <w:rFonts w:ascii="Times New Roman" w:hAnsi="Times New Roman" w:cs="Times New Roman"/>
          <w:b/>
          <w:bCs/>
          <w:sz w:val="26"/>
          <w:szCs w:val="26"/>
          <w:lang w:val="sv-SE"/>
        </w:rPr>
        <w:t>8. Môn đoạt giải, loại giải, huy chương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>:</w:t>
      </w:r>
      <w:r w:rsidR="00F424B2">
        <w:rPr>
          <w:rFonts w:ascii="Times New Roman" w:hAnsi="Times New Roman" w:cs="Times New Roman"/>
          <w:sz w:val="26"/>
          <w:szCs w:val="26"/>
          <w:lang w:val="sv-SE"/>
        </w:rPr>
        <w:t>........................................................................</w:t>
      </w:r>
    </w:p>
    <w:p w14:paraId="0A055B7B" w14:textId="643AD846" w:rsidR="00DA4687" w:rsidRPr="00B81FF5" w:rsidRDefault="00DA4687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sz w:val="26"/>
          <w:szCs w:val="26"/>
          <w:lang w:val="sv-SE"/>
        </w:rPr>
      </w:pPr>
      <w:r w:rsidRPr="00BC0A10">
        <w:rPr>
          <w:rFonts w:ascii="Times New Roman" w:hAnsi="Times New Roman" w:cs="Times New Roman"/>
          <w:b/>
          <w:bCs/>
          <w:sz w:val="26"/>
          <w:szCs w:val="26"/>
          <w:lang w:val="sv-SE"/>
        </w:rPr>
        <w:t>Môn đoạt giải</w:t>
      </w:r>
      <w:r w:rsidR="00BC0A10">
        <w:rPr>
          <w:rFonts w:ascii="Times New Roman" w:hAnsi="Times New Roman" w:cs="Times New Roman"/>
          <w:b/>
          <w:bCs/>
          <w:sz w:val="26"/>
          <w:szCs w:val="26"/>
          <w:lang w:val="sv-SE"/>
        </w:rPr>
        <w:t>:</w:t>
      </w:r>
      <w:r w:rsidR="00F424B2">
        <w:rPr>
          <w:rFonts w:ascii="Times New Roman" w:hAnsi="Times New Roman" w:cs="Times New Roman"/>
          <w:sz w:val="26"/>
          <w:szCs w:val="26"/>
          <w:lang w:val="sv-SE"/>
        </w:rPr>
        <w:t xml:space="preserve">.............................. 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>Loại giải, loại huy chương</w:t>
      </w:r>
      <w:r w:rsidR="00ED3C74">
        <w:rPr>
          <w:rFonts w:ascii="Times New Roman" w:hAnsi="Times New Roman" w:cs="Times New Roman"/>
          <w:sz w:val="26"/>
          <w:szCs w:val="26"/>
          <w:lang w:val="sv-SE"/>
        </w:rPr>
        <w:t>:</w:t>
      </w:r>
      <w:r w:rsidR="00F424B2">
        <w:rPr>
          <w:rFonts w:ascii="Times New Roman" w:hAnsi="Times New Roman" w:cs="Times New Roman"/>
          <w:sz w:val="26"/>
          <w:szCs w:val="26"/>
          <w:lang w:val="sv-SE"/>
        </w:rPr>
        <w:t>.......................................</w:t>
      </w:r>
    </w:p>
    <w:p w14:paraId="0A9333A3" w14:textId="12125C26" w:rsidR="00DA4687" w:rsidRPr="00B81FF5" w:rsidRDefault="00DA4687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sz w:val="26"/>
          <w:szCs w:val="26"/>
          <w:lang w:val="sv-SE"/>
        </w:rPr>
      </w:pPr>
      <w:r w:rsidRPr="00BC0A10">
        <w:rPr>
          <w:rFonts w:ascii="Times New Roman" w:hAnsi="Times New Roman" w:cs="Times New Roman"/>
          <w:b/>
          <w:bCs/>
          <w:sz w:val="26"/>
          <w:szCs w:val="26"/>
          <w:lang w:val="sv-SE"/>
        </w:rPr>
        <w:t>9. Trong đội tuyển Olympic khu vực và quốc tế năm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 xml:space="preserve"> </w:t>
      </w:r>
      <w:r w:rsidR="00F64ACC">
        <w:rPr>
          <w:rFonts w:ascii="Times New Roman" w:hAnsi="Times New Roman" w:cs="Times New Roman"/>
          <w:sz w:val="26"/>
          <w:szCs w:val="26"/>
          <w:lang w:val="sv-SE"/>
        </w:rPr>
        <w:t>.................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 xml:space="preserve"> môn: </w:t>
      </w:r>
      <w:r w:rsidR="00F64ACC">
        <w:rPr>
          <w:rFonts w:ascii="Times New Roman" w:hAnsi="Times New Roman" w:cs="Times New Roman"/>
          <w:sz w:val="26"/>
          <w:szCs w:val="26"/>
          <w:lang w:val="sv-SE"/>
        </w:rPr>
        <w:t>......................</w:t>
      </w:r>
    </w:p>
    <w:p w14:paraId="4C309F4C" w14:textId="77777777" w:rsidR="00DA4687" w:rsidRPr="00BC0A10" w:rsidRDefault="00DA4687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b/>
          <w:bCs/>
          <w:sz w:val="26"/>
          <w:szCs w:val="26"/>
          <w:lang w:val="sv-SE"/>
        </w:rPr>
      </w:pPr>
      <w:r w:rsidRPr="00BC0A10">
        <w:rPr>
          <w:rFonts w:ascii="Times New Roman" w:hAnsi="Times New Roman" w:cs="Times New Roman"/>
          <w:b/>
          <w:bCs/>
          <w:sz w:val="26"/>
          <w:szCs w:val="26"/>
          <w:lang w:val="sv-SE"/>
        </w:rPr>
        <w:t xml:space="preserve">10. Đăng ký xét tuyển thẳng: </w:t>
      </w:r>
    </w:p>
    <w:p w14:paraId="005C1176" w14:textId="60B2E328" w:rsidR="00DA4687" w:rsidRPr="00B81FF5" w:rsidRDefault="00DA4687" w:rsidP="00A644AA">
      <w:pPr>
        <w:tabs>
          <w:tab w:val="left" w:pos="5434"/>
        </w:tabs>
        <w:spacing w:after="0" w:line="312" w:lineRule="auto"/>
        <w:jc w:val="center"/>
        <w:rPr>
          <w:rFonts w:ascii="Times New Roman" w:hAnsi="Times New Roman" w:cs="Times New Roman"/>
          <w:sz w:val="26"/>
          <w:szCs w:val="26"/>
          <w:lang w:val="sv-SE"/>
        </w:rPr>
      </w:pPr>
      <w:r w:rsidRPr="00B81FF5">
        <w:rPr>
          <w:rFonts w:ascii="Times New Roman" w:hAnsi="Times New Roman" w:cs="Times New Roman"/>
          <w:sz w:val="26"/>
          <w:szCs w:val="26"/>
          <w:lang w:val="sv-SE"/>
        </w:rPr>
        <w:t>Mã trường</w:t>
      </w:r>
      <w:r w:rsidR="00CE445C" w:rsidRPr="00B81FF5">
        <w:rPr>
          <w:rFonts w:ascii="Times New Roman" w:hAnsi="Times New Roman" w:cs="Times New Roman"/>
          <w:sz w:val="26"/>
          <w:szCs w:val="26"/>
          <w:lang w:val="sv-SE"/>
        </w:rPr>
        <w:t xml:space="preserve"> </w:t>
      </w:r>
      <w:r w:rsidR="00CE445C" w:rsidRPr="00B81FF5">
        <w:rPr>
          <w:rFonts w:ascii="Times New Roman" w:hAnsi="Times New Roman" w:cs="Times New Roman"/>
          <w:b/>
          <w:bCs/>
          <w:sz w:val="26"/>
          <w:szCs w:val="26"/>
          <w:lang w:val="sv-SE"/>
        </w:rPr>
        <w:t>D</w:t>
      </w:r>
      <w:r w:rsidRPr="00B81FF5">
        <w:rPr>
          <w:rFonts w:ascii="Times New Roman" w:hAnsi="Times New Roman" w:cs="Times New Roman"/>
          <w:b/>
          <w:bCs/>
          <w:sz w:val="26"/>
          <w:szCs w:val="26"/>
          <w:lang w:val="sv-SE"/>
        </w:rPr>
        <w:t>TS</w:t>
      </w:r>
      <w:r w:rsidR="00805374" w:rsidRPr="00B81FF5">
        <w:rPr>
          <w:rFonts w:ascii="Times New Roman" w:hAnsi="Times New Roman" w:cs="Times New Roman"/>
          <w:sz w:val="26"/>
          <w:szCs w:val="26"/>
          <w:lang w:val="sv-SE"/>
        </w:rPr>
        <w:t xml:space="preserve">                            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 xml:space="preserve">Tên trường: </w:t>
      </w:r>
      <w:r w:rsidRPr="00B81FF5">
        <w:rPr>
          <w:rFonts w:ascii="Times New Roman" w:hAnsi="Times New Roman" w:cs="Times New Roman"/>
          <w:b/>
          <w:bCs/>
          <w:sz w:val="26"/>
          <w:szCs w:val="26"/>
          <w:lang w:val="sv-SE"/>
        </w:rPr>
        <w:t>Trường Đại học Sư phạm</w:t>
      </w:r>
    </w:p>
    <w:p w14:paraId="67169017" w14:textId="3760B668" w:rsidR="00DA4687" w:rsidRPr="00B81FF5" w:rsidRDefault="00DA4687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sz w:val="26"/>
          <w:szCs w:val="26"/>
          <w:lang w:val="sv-SE"/>
        </w:rPr>
      </w:pPr>
      <w:r w:rsidRPr="00BC0A10">
        <w:rPr>
          <w:rFonts w:ascii="Times New Roman" w:hAnsi="Times New Roman" w:cs="Times New Roman"/>
          <w:b/>
          <w:bCs/>
          <w:sz w:val="26"/>
          <w:szCs w:val="26"/>
          <w:lang w:val="sv-SE"/>
        </w:rPr>
        <w:t>- Ngành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>:...................................................Mã ngành:........................................................</w:t>
      </w:r>
    </w:p>
    <w:p w14:paraId="67A2B359" w14:textId="7A897071" w:rsidR="00DA4687" w:rsidRPr="00B81FF5" w:rsidRDefault="00DA4687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sz w:val="26"/>
          <w:szCs w:val="26"/>
          <w:lang w:val="sv-SE"/>
        </w:rPr>
      </w:pPr>
      <w:r w:rsidRPr="00BC0A10">
        <w:rPr>
          <w:rFonts w:ascii="Times New Roman" w:hAnsi="Times New Roman" w:cs="Times New Roman"/>
          <w:b/>
          <w:bCs/>
          <w:sz w:val="26"/>
          <w:szCs w:val="26"/>
          <w:lang w:val="sv-SE"/>
        </w:rPr>
        <w:t>- Ngành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>:............................</w:t>
      </w:r>
      <w:r w:rsidR="007A4962">
        <w:rPr>
          <w:rFonts w:ascii="Times New Roman" w:hAnsi="Times New Roman" w:cs="Times New Roman"/>
          <w:sz w:val="26"/>
          <w:szCs w:val="26"/>
          <w:lang w:val="sv-SE"/>
        </w:rPr>
        <w:t>.....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>..................Mã ngành:........................................................</w:t>
      </w:r>
    </w:p>
    <w:p w14:paraId="6245D184" w14:textId="0758AEF6" w:rsidR="00DA4687" w:rsidRPr="00B81FF5" w:rsidRDefault="00DA4687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sz w:val="26"/>
          <w:szCs w:val="26"/>
          <w:lang w:val="sv-SE"/>
        </w:rPr>
      </w:pPr>
      <w:r w:rsidRPr="00BC0A10">
        <w:rPr>
          <w:rFonts w:ascii="Times New Roman" w:hAnsi="Times New Roman" w:cs="Times New Roman"/>
          <w:b/>
          <w:bCs/>
          <w:sz w:val="26"/>
          <w:szCs w:val="26"/>
          <w:lang w:val="sv-SE"/>
        </w:rPr>
        <w:t>11. Địa chỉ báo tin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>:.......................</w:t>
      </w:r>
      <w:r w:rsidR="007A4962">
        <w:rPr>
          <w:rFonts w:ascii="Times New Roman" w:hAnsi="Times New Roman" w:cs="Times New Roman"/>
          <w:sz w:val="26"/>
          <w:szCs w:val="26"/>
          <w:lang w:val="sv-SE"/>
        </w:rPr>
        <w:t>........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>.............................................</w:t>
      </w:r>
      <w:r w:rsidR="007A4962">
        <w:rPr>
          <w:rFonts w:ascii="Times New Roman" w:hAnsi="Times New Roman" w:cs="Times New Roman"/>
          <w:sz w:val="26"/>
          <w:szCs w:val="26"/>
          <w:lang w:val="sv-SE"/>
        </w:rPr>
        <w:t>...</w:t>
      </w:r>
      <w:r w:rsidRPr="00B81FF5">
        <w:rPr>
          <w:rFonts w:ascii="Times New Roman" w:hAnsi="Times New Roman" w:cs="Times New Roman"/>
          <w:sz w:val="26"/>
          <w:szCs w:val="26"/>
          <w:lang w:val="sv-SE"/>
        </w:rPr>
        <w:t>............................</w:t>
      </w:r>
    </w:p>
    <w:p w14:paraId="42F20DAB" w14:textId="605D6FF7" w:rsidR="00F27A4D" w:rsidRPr="006F15BB" w:rsidRDefault="00DA4687" w:rsidP="00A644AA">
      <w:pPr>
        <w:tabs>
          <w:tab w:val="left" w:pos="5434"/>
        </w:tabs>
        <w:spacing w:after="0" w:line="312" w:lineRule="auto"/>
        <w:rPr>
          <w:rFonts w:ascii="Times New Roman" w:hAnsi="Times New Roman" w:cs="Times New Roman"/>
          <w:sz w:val="26"/>
          <w:szCs w:val="26"/>
          <w:lang w:val="sv-SE"/>
        </w:rPr>
      </w:pPr>
      <w:r w:rsidRPr="006F15BB">
        <w:rPr>
          <w:rFonts w:ascii="Times New Roman" w:hAnsi="Times New Roman" w:cs="Times New Roman"/>
          <w:sz w:val="26"/>
          <w:szCs w:val="26"/>
          <w:lang w:val="sv-SE"/>
        </w:rPr>
        <w:t>Tôi xin cam đoan những lời khai trên là đúng sự thật. Nếu sai tôi hoàn toàn chịu trách nhiệm.</w:t>
      </w:r>
      <w:r w:rsidR="00E64336">
        <w:rPr>
          <w:rFonts w:ascii="Times New Roman" w:hAnsi="Times New Roman" w:cs="Times New Roman"/>
          <w:sz w:val="26"/>
          <w:szCs w:val="26"/>
          <w:lang w:val="sv-SE"/>
        </w:rPr>
        <w:t>/.</w:t>
      </w:r>
    </w:p>
    <w:p w14:paraId="6614B02C" w14:textId="77777777" w:rsidR="00005CCE" w:rsidRPr="00DA4687" w:rsidRDefault="00F27A4D" w:rsidP="00DA4687">
      <w:pPr>
        <w:tabs>
          <w:tab w:val="left" w:pos="5434"/>
        </w:tabs>
        <w:spacing w:after="0" w:line="264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DA4687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36"/>
        <w:gridCol w:w="4536"/>
      </w:tblGrid>
      <w:tr w:rsidR="00005CCE" w:rsidRPr="00FB7E4F" w14:paraId="4D727312" w14:textId="77777777" w:rsidTr="00E64336">
        <w:trPr>
          <w:trHeight w:val="1827"/>
        </w:trPr>
        <w:tc>
          <w:tcPr>
            <w:tcW w:w="2500" w:type="pct"/>
          </w:tcPr>
          <w:p w14:paraId="43FF0910" w14:textId="77777777" w:rsidR="006F15BB" w:rsidRPr="006F15BB" w:rsidRDefault="00005CCE" w:rsidP="006F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-40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6F15B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Xác nhận thí sinh khai hồ sơ này là học sinh lớp 12 trường........................................ đã</w:t>
            </w:r>
            <w:r w:rsidR="006F15BB" w:rsidRPr="006F15B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</w:t>
            </w:r>
            <w:r w:rsidRPr="006F15B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khai đúng sự thật. </w:t>
            </w:r>
          </w:p>
          <w:p w14:paraId="42B77408" w14:textId="0EA3FBC9" w:rsidR="00005CCE" w:rsidRPr="00005CCE" w:rsidRDefault="00005CCE" w:rsidP="0000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-41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sv-SE"/>
              </w:rPr>
            </w:pPr>
            <w:r w:rsidRPr="00005CC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v-SE"/>
              </w:rPr>
              <w:t>Ngày</w:t>
            </w:r>
            <w:r w:rsidRPr="00005CCE">
              <w:rPr>
                <w:rFonts w:ascii="Times New Roman" w:hAnsi="Times New Roman" w:cs="Times New Roman"/>
                <w:iCs/>
                <w:sz w:val="24"/>
                <w:szCs w:val="24"/>
                <w:lang w:val="sv-SE"/>
              </w:rPr>
              <w:t xml:space="preserve">.......... </w:t>
            </w:r>
            <w:r w:rsidRPr="00005CC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v-SE"/>
              </w:rPr>
              <w:t>tháng</w:t>
            </w:r>
            <w:r w:rsidRPr="00005CCE">
              <w:rPr>
                <w:rFonts w:ascii="Times New Roman" w:hAnsi="Times New Roman" w:cs="Times New Roman"/>
                <w:iCs/>
                <w:sz w:val="24"/>
                <w:szCs w:val="24"/>
                <w:lang w:val="sv-SE"/>
              </w:rPr>
              <w:t>.........</w:t>
            </w:r>
            <w:r w:rsidRPr="00005CC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v-SE"/>
              </w:rPr>
              <w:t>năm 2026</w:t>
            </w:r>
          </w:p>
          <w:p w14:paraId="12EB2DE7" w14:textId="77777777" w:rsidR="00005CCE" w:rsidRPr="00005CCE" w:rsidRDefault="00005CCE" w:rsidP="0000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-4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sv-SE"/>
              </w:rPr>
            </w:pPr>
            <w:r w:rsidRPr="00005CC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sv-SE"/>
              </w:rPr>
              <w:t>Hiệu trưởng</w:t>
            </w:r>
          </w:p>
          <w:p w14:paraId="634CA5F9" w14:textId="77777777" w:rsidR="00005CCE" w:rsidRPr="00005CCE" w:rsidRDefault="00005CCE" w:rsidP="0000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-40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005CC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v-SE"/>
              </w:rPr>
              <w:t>(Ký tên, đóng dấu)</w:t>
            </w:r>
          </w:p>
          <w:p w14:paraId="0E881DFF" w14:textId="77777777" w:rsidR="00005CCE" w:rsidRPr="00005CCE" w:rsidRDefault="00005CCE" w:rsidP="00881079">
            <w:pPr>
              <w:widowControl w:val="0"/>
              <w:autoSpaceDE w:val="0"/>
              <w:autoSpaceDN w:val="0"/>
              <w:adjustRightInd w:val="0"/>
              <w:spacing w:line="271" w:lineRule="exact"/>
              <w:ind w:left="1764" w:right="1593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500" w:type="pct"/>
          </w:tcPr>
          <w:p w14:paraId="7E1D9BB1" w14:textId="77777777" w:rsidR="0050451B" w:rsidRDefault="00005CCE" w:rsidP="006F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v-SE"/>
              </w:rPr>
            </w:pPr>
            <w:r w:rsidRPr="00005CC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v-SE"/>
              </w:rPr>
              <w:t>...............Ngày....... tháng....... năm 2026</w:t>
            </w:r>
          </w:p>
          <w:p w14:paraId="202A1C85" w14:textId="77777777" w:rsidR="0050451B" w:rsidRDefault="00005CCE" w:rsidP="00B25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005C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Thí sinh</w:t>
            </w:r>
          </w:p>
          <w:p w14:paraId="7A886B61" w14:textId="0CC5ED37" w:rsidR="00005CCE" w:rsidRPr="00D7412C" w:rsidRDefault="00005CCE" w:rsidP="00B25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005CCE"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  <w:t>(Thí sinh ký, ghi rõ họ tên)</w:t>
            </w:r>
          </w:p>
          <w:p w14:paraId="5E8C7507" w14:textId="77777777" w:rsidR="00005CCE" w:rsidRPr="00005CCE" w:rsidRDefault="00005CCE" w:rsidP="00881079">
            <w:pPr>
              <w:widowControl w:val="0"/>
              <w:autoSpaceDE w:val="0"/>
              <w:autoSpaceDN w:val="0"/>
              <w:adjustRightInd w:val="0"/>
              <w:spacing w:before="79" w:line="271" w:lineRule="exact"/>
              <w:ind w:right="-20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</w:tbl>
    <w:p w14:paraId="2C8CA734" w14:textId="5BE7C8F1" w:rsidR="003E29DA" w:rsidRPr="00DA4687" w:rsidRDefault="003E29DA" w:rsidP="00DA4687">
      <w:pPr>
        <w:tabs>
          <w:tab w:val="left" w:pos="5434"/>
        </w:tabs>
        <w:spacing w:after="0" w:line="264" w:lineRule="auto"/>
        <w:rPr>
          <w:rFonts w:ascii="Times New Roman" w:hAnsi="Times New Roman" w:cs="Times New Roman"/>
          <w:sz w:val="24"/>
          <w:szCs w:val="24"/>
          <w:lang w:val="sv-SE"/>
        </w:rPr>
      </w:pPr>
    </w:p>
    <w:sectPr w:rsidR="003E29DA" w:rsidRPr="00DA4687" w:rsidSect="00261006">
      <w:headerReference w:type="default" r:id="rId8"/>
      <w:pgSz w:w="11907" w:h="16840" w:code="9"/>
      <w:pgMar w:top="1021" w:right="1134" w:bottom="1021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89217" w14:textId="77777777" w:rsidR="0043326D" w:rsidRDefault="0043326D" w:rsidP="000C7DEE">
      <w:pPr>
        <w:spacing w:after="0" w:line="240" w:lineRule="auto"/>
      </w:pPr>
      <w:r>
        <w:separator/>
      </w:r>
    </w:p>
  </w:endnote>
  <w:endnote w:type="continuationSeparator" w:id="0">
    <w:p w14:paraId="71E84DA2" w14:textId="77777777" w:rsidR="0043326D" w:rsidRDefault="0043326D" w:rsidP="000C7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AB59F6" w14:textId="77777777" w:rsidR="0043326D" w:rsidRDefault="0043326D" w:rsidP="000C7DEE">
      <w:pPr>
        <w:spacing w:after="0" w:line="240" w:lineRule="auto"/>
      </w:pPr>
      <w:r>
        <w:separator/>
      </w:r>
    </w:p>
  </w:footnote>
  <w:footnote w:type="continuationSeparator" w:id="0">
    <w:p w14:paraId="67666996" w14:textId="77777777" w:rsidR="0043326D" w:rsidRDefault="0043326D" w:rsidP="000C7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6"/>
        <w:szCs w:val="26"/>
      </w:rPr>
      <w:id w:val="14411862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C31654" w14:textId="77777777" w:rsidR="00ED7C9F" w:rsidRPr="00C523B5" w:rsidRDefault="00ED7C9F">
        <w:pPr>
          <w:pStyle w:val="Header"/>
          <w:jc w:val="center"/>
          <w:rPr>
            <w:sz w:val="26"/>
            <w:szCs w:val="26"/>
          </w:rPr>
        </w:pPr>
        <w:r w:rsidRPr="00C523B5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C523B5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C523B5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7C7B2A" w:rsidRPr="00C523B5">
          <w:rPr>
            <w:rFonts w:ascii="Times New Roman" w:hAnsi="Times New Roman" w:cs="Times New Roman"/>
            <w:noProof/>
            <w:sz w:val="26"/>
            <w:szCs w:val="26"/>
          </w:rPr>
          <w:t>3</w:t>
        </w:r>
        <w:r w:rsidRPr="00C523B5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B55A4E"/>
    <w:multiLevelType w:val="hybridMultilevel"/>
    <w:tmpl w:val="14DEDF00"/>
    <w:lvl w:ilvl="0" w:tplc="9A308B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A1C511D"/>
    <w:multiLevelType w:val="hybridMultilevel"/>
    <w:tmpl w:val="2D8CAFA6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D5E65"/>
    <w:multiLevelType w:val="hybridMultilevel"/>
    <w:tmpl w:val="1A98BD20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195942"/>
    <w:multiLevelType w:val="multilevel"/>
    <w:tmpl w:val="EC04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867D81"/>
    <w:multiLevelType w:val="multilevel"/>
    <w:tmpl w:val="FE604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EE2C95"/>
    <w:multiLevelType w:val="hybridMultilevel"/>
    <w:tmpl w:val="2D8CAFA6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8A30F9"/>
    <w:multiLevelType w:val="hybridMultilevel"/>
    <w:tmpl w:val="8D70A384"/>
    <w:lvl w:ilvl="0" w:tplc="87D449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045774"/>
    <w:multiLevelType w:val="multilevel"/>
    <w:tmpl w:val="67CA1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992C1E"/>
    <w:multiLevelType w:val="multilevel"/>
    <w:tmpl w:val="9044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B7180E"/>
    <w:multiLevelType w:val="hybridMultilevel"/>
    <w:tmpl w:val="2A36A1A2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7714C"/>
    <w:multiLevelType w:val="multilevel"/>
    <w:tmpl w:val="62BC5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3E1F2A"/>
    <w:multiLevelType w:val="hybridMultilevel"/>
    <w:tmpl w:val="1A98BD20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F35FB"/>
    <w:multiLevelType w:val="multilevel"/>
    <w:tmpl w:val="5A4A3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7F1E89"/>
    <w:multiLevelType w:val="hybridMultilevel"/>
    <w:tmpl w:val="1A98BD20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9"/>
  </w:num>
  <w:num w:numId="12">
    <w:abstractNumId w:val="17"/>
  </w:num>
  <w:num w:numId="13">
    <w:abstractNumId w:val="13"/>
  </w:num>
  <w:num w:numId="14">
    <w:abstractNumId w:val="19"/>
  </w:num>
  <w:num w:numId="15">
    <w:abstractNumId w:val="16"/>
  </w:num>
  <w:num w:numId="16">
    <w:abstractNumId w:val="12"/>
  </w:num>
  <w:num w:numId="17">
    <w:abstractNumId w:val="21"/>
  </w:num>
  <w:num w:numId="18">
    <w:abstractNumId w:val="11"/>
  </w:num>
  <w:num w:numId="19">
    <w:abstractNumId w:val="22"/>
  </w:num>
  <w:num w:numId="20">
    <w:abstractNumId w:val="20"/>
  </w:num>
  <w:num w:numId="21">
    <w:abstractNumId w:val="10"/>
  </w:num>
  <w:num w:numId="22">
    <w:abstractNumId w:val="18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5CCE"/>
    <w:rsid w:val="0000713A"/>
    <w:rsid w:val="00012B3A"/>
    <w:rsid w:val="00024A19"/>
    <w:rsid w:val="00034616"/>
    <w:rsid w:val="000448CE"/>
    <w:rsid w:val="00044F89"/>
    <w:rsid w:val="00046022"/>
    <w:rsid w:val="00056366"/>
    <w:rsid w:val="0006063C"/>
    <w:rsid w:val="000616F8"/>
    <w:rsid w:val="00073A78"/>
    <w:rsid w:val="000744FE"/>
    <w:rsid w:val="00081BBF"/>
    <w:rsid w:val="000855A5"/>
    <w:rsid w:val="00086D45"/>
    <w:rsid w:val="00090812"/>
    <w:rsid w:val="0009576A"/>
    <w:rsid w:val="00095A9B"/>
    <w:rsid w:val="0009602A"/>
    <w:rsid w:val="000A5EB2"/>
    <w:rsid w:val="000B041F"/>
    <w:rsid w:val="000B21E6"/>
    <w:rsid w:val="000B6137"/>
    <w:rsid w:val="000B7CDF"/>
    <w:rsid w:val="000C7DEE"/>
    <w:rsid w:val="000D022D"/>
    <w:rsid w:val="000D4C4B"/>
    <w:rsid w:val="000E1255"/>
    <w:rsid w:val="000E1528"/>
    <w:rsid w:val="000F0855"/>
    <w:rsid w:val="000F1973"/>
    <w:rsid w:val="000F2C7B"/>
    <w:rsid w:val="000F337F"/>
    <w:rsid w:val="0010235E"/>
    <w:rsid w:val="00102F3A"/>
    <w:rsid w:val="001070CA"/>
    <w:rsid w:val="00110A4A"/>
    <w:rsid w:val="00115337"/>
    <w:rsid w:val="001164E2"/>
    <w:rsid w:val="00121E6A"/>
    <w:rsid w:val="00126F43"/>
    <w:rsid w:val="00130876"/>
    <w:rsid w:val="00130B4B"/>
    <w:rsid w:val="00145052"/>
    <w:rsid w:val="00145114"/>
    <w:rsid w:val="00146263"/>
    <w:rsid w:val="00147A73"/>
    <w:rsid w:val="0015074B"/>
    <w:rsid w:val="00167B0E"/>
    <w:rsid w:val="00170292"/>
    <w:rsid w:val="00170A21"/>
    <w:rsid w:val="001713D0"/>
    <w:rsid w:val="00171A64"/>
    <w:rsid w:val="00172652"/>
    <w:rsid w:val="00173EBF"/>
    <w:rsid w:val="0017441D"/>
    <w:rsid w:val="0018236F"/>
    <w:rsid w:val="00183B84"/>
    <w:rsid w:val="00186578"/>
    <w:rsid w:val="00194EA2"/>
    <w:rsid w:val="001A08F4"/>
    <w:rsid w:val="001B20FA"/>
    <w:rsid w:val="001B3A7A"/>
    <w:rsid w:val="001C39FF"/>
    <w:rsid w:val="001C550B"/>
    <w:rsid w:val="001D184A"/>
    <w:rsid w:val="001D2F2D"/>
    <w:rsid w:val="001D3BF5"/>
    <w:rsid w:val="001F563C"/>
    <w:rsid w:val="00205223"/>
    <w:rsid w:val="00210555"/>
    <w:rsid w:val="002121F7"/>
    <w:rsid w:val="002147AC"/>
    <w:rsid w:val="00221850"/>
    <w:rsid w:val="00225313"/>
    <w:rsid w:val="00226250"/>
    <w:rsid w:val="002323EA"/>
    <w:rsid w:val="00261006"/>
    <w:rsid w:val="00263238"/>
    <w:rsid w:val="0028306E"/>
    <w:rsid w:val="00285637"/>
    <w:rsid w:val="002953C0"/>
    <w:rsid w:val="00295BE6"/>
    <w:rsid w:val="0029639D"/>
    <w:rsid w:val="002A24F7"/>
    <w:rsid w:val="002B2913"/>
    <w:rsid w:val="002B7F31"/>
    <w:rsid w:val="002C433F"/>
    <w:rsid w:val="002C4F7B"/>
    <w:rsid w:val="002D0985"/>
    <w:rsid w:val="002D2770"/>
    <w:rsid w:val="002D279E"/>
    <w:rsid w:val="002E1070"/>
    <w:rsid w:val="002E6C83"/>
    <w:rsid w:val="002F10F5"/>
    <w:rsid w:val="00302973"/>
    <w:rsid w:val="00305DC6"/>
    <w:rsid w:val="00307E7F"/>
    <w:rsid w:val="00316D76"/>
    <w:rsid w:val="00317DC1"/>
    <w:rsid w:val="00326F90"/>
    <w:rsid w:val="00330592"/>
    <w:rsid w:val="003422AD"/>
    <w:rsid w:val="003446B1"/>
    <w:rsid w:val="00346390"/>
    <w:rsid w:val="00346E35"/>
    <w:rsid w:val="003551B0"/>
    <w:rsid w:val="00356F1B"/>
    <w:rsid w:val="003574E2"/>
    <w:rsid w:val="00362DE2"/>
    <w:rsid w:val="0036302C"/>
    <w:rsid w:val="00366C02"/>
    <w:rsid w:val="00371712"/>
    <w:rsid w:val="00391185"/>
    <w:rsid w:val="003925E5"/>
    <w:rsid w:val="003A1164"/>
    <w:rsid w:val="003A1971"/>
    <w:rsid w:val="003B7D27"/>
    <w:rsid w:val="003C14D4"/>
    <w:rsid w:val="003D00F5"/>
    <w:rsid w:val="003E108B"/>
    <w:rsid w:val="003E2379"/>
    <w:rsid w:val="003E2425"/>
    <w:rsid w:val="003E29DA"/>
    <w:rsid w:val="003E416C"/>
    <w:rsid w:val="003F2997"/>
    <w:rsid w:val="003F70D5"/>
    <w:rsid w:val="0040028F"/>
    <w:rsid w:val="004004C0"/>
    <w:rsid w:val="00403BED"/>
    <w:rsid w:val="00406C2D"/>
    <w:rsid w:val="00416337"/>
    <w:rsid w:val="00420EBC"/>
    <w:rsid w:val="00421CF5"/>
    <w:rsid w:val="0042373C"/>
    <w:rsid w:val="00426165"/>
    <w:rsid w:val="00426305"/>
    <w:rsid w:val="004275A6"/>
    <w:rsid w:val="00427CDD"/>
    <w:rsid w:val="0043326D"/>
    <w:rsid w:val="00436D5B"/>
    <w:rsid w:val="004407E7"/>
    <w:rsid w:val="00453633"/>
    <w:rsid w:val="00453918"/>
    <w:rsid w:val="004560C8"/>
    <w:rsid w:val="00460F6F"/>
    <w:rsid w:val="004610BF"/>
    <w:rsid w:val="00467F07"/>
    <w:rsid w:val="0047159C"/>
    <w:rsid w:val="004748DC"/>
    <w:rsid w:val="004750F4"/>
    <w:rsid w:val="00483466"/>
    <w:rsid w:val="00487B94"/>
    <w:rsid w:val="0049147A"/>
    <w:rsid w:val="004916EB"/>
    <w:rsid w:val="00492A98"/>
    <w:rsid w:val="00493992"/>
    <w:rsid w:val="00494EB1"/>
    <w:rsid w:val="0049598A"/>
    <w:rsid w:val="00497040"/>
    <w:rsid w:val="00497728"/>
    <w:rsid w:val="004A1D4F"/>
    <w:rsid w:val="004B77D7"/>
    <w:rsid w:val="004C2560"/>
    <w:rsid w:val="004C53B5"/>
    <w:rsid w:val="004C686C"/>
    <w:rsid w:val="004C6896"/>
    <w:rsid w:val="004D3C3C"/>
    <w:rsid w:val="004D3FB3"/>
    <w:rsid w:val="004D50AA"/>
    <w:rsid w:val="004D7F66"/>
    <w:rsid w:val="004E3461"/>
    <w:rsid w:val="004E3B8A"/>
    <w:rsid w:val="004E7418"/>
    <w:rsid w:val="004F4888"/>
    <w:rsid w:val="0050025A"/>
    <w:rsid w:val="005030A2"/>
    <w:rsid w:val="00503B39"/>
    <w:rsid w:val="0050451B"/>
    <w:rsid w:val="0050487E"/>
    <w:rsid w:val="0050524F"/>
    <w:rsid w:val="00505ADB"/>
    <w:rsid w:val="005123FB"/>
    <w:rsid w:val="00521205"/>
    <w:rsid w:val="0052647D"/>
    <w:rsid w:val="005306A4"/>
    <w:rsid w:val="00530886"/>
    <w:rsid w:val="00530F99"/>
    <w:rsid w:val="00532EA0"/>
    <w:rsid w:val="00534051"/>
    <w:rsid w:val="00536196"/>
    <w:rsid w:val="0054602F"/>
    <w:rsid w:val="005672B3"/>
    <w:rsid w:val="0057008E"/>
    <w:rsid w:val="00571EF0"/>
    <w:rsid w:val="00572571"/>
    <w:rsid w:val="00577D79"/>
    <w:rsid w:val="00581D3E"/>
    <w:rsid w:val="0058201E"/>
    <w:rsid w:val="005850EF"/>
    <w:rsid w:val="00585544"/>
    <w:rsid w:val="0059029C"/>
    <w:rsid w:val="0059274B"/>
    <w:rsid w:val="00593347"/>
    <w:rsid w:val="00594DA8"/>
    <w:rsid w:val="005974E9"/>
    <w:rsid w:val="005B3426"/>
    <w:rsid w:val="005B4A28"/>
    <w:rsid w:val="005B7D79"/>
    <w:rsid w:val="005C0EA6"/>
    <w:rsid w:val="005C0FD5"/>
    <w:rsid w:val="005D2AE8"/>
    <w:rsid w:val="005D5EFA"/>
    <w:rsid w:val="005F47FB"/>
    <w:rsid w:val="00603F19"/>
    <w:rsid w:val="00606AF2"/>
    <w:rsid w:val="00610BB7"/>
    <w:rsid w:val="006113EC"/>
    <w:rsid w:val="0061269B"/>
    <w:rsid w:val="00616CEA"/>
    <w:rsid w:val="00623382"/>
    <w:rsid w:val="00623E17"/>
    <w:rsid w:val="00631D93"/>
    <w:rsid w:val="00640FDA"/>
    <w:rsid w:val="006434DB"/>
    <w:rsid w:val="00646F2A"/>
    <w:rsid w:val="00652768"/>
    <w:rsid w:val="0065441D"/>
    <w:rsid w:val="00655CC8"/>
    <w:rsid w:val="00661E8E"/>
    <w:rsid w:val="00667F78"/>
    <w:rsid w:val="00682112"/>
    <w:rsid w:val="00683423"/>
    <w:rsid w:val="0068779D"/>
    <w:rsid w:val="00693F97"/>
    <w:rsid w:val="00697178"/>
    <w:rsid w:val="006A4823"/>
    <w:rsid w:val="006A6683"/>
    <w:rsid w:val="006B172B"/>
    <w:rsid w:val="006B73C5"/>
    <w:rsid w:val="006E1CC1"/>
    <w:rsid w:val="006E3A82"/>
    <w:rsid w:val="006E492F"/>
    <w:rsid w:val="006E7FEB"/>
    <w:rsid w:val="006F15BB"/>
    <w:rsid w:val="006F5813"/>
    <w:rsid w:val="006F7E74"/>
    <w:rsid w:val="00700BC4"/>
    <w:rsid w:val="00713E21"/>
    <w:rsid w:val="00714140"/>
    <w:rsid w:val="00717B7B"/>
    <w:rsid w:val="007204F3"/>
    <w:rsid w:val="0072568F"/>
    <w:rsid w:val="00730283"/>
    <w:rsid w:val="00733C3C"/>
    <w:rsid w:val="00733FAC"/>
    <w:rsid w:val="00735561"/>
    <w:rsid w:val="007400DD"/>
    <w:rsid w:val="00747A2A"/>
    <w:rsid w:val="00760E2F"/>
    <w:rsid w:val="00764215"/>
    <w:rsid w:val="00764934"/>
    <w:rsid w:val="00766934"/>
    <w:rsid w:val="007718D8"/>
    <w:rsid w:val="00772088"/>
    <w:rsid w:val="007745AF"/>
    <w:rsid w:val="007748E6"/>
    <w:rsid w:val="00776E00"/>
    <w:rsid w:val="00776E0D"/>
    <w:rsid w:val="00780510"/>
    <w:rsid w:val="00780C82"/>
    <w:rsid w:val="00783C7D"/>
    <w:rsid w:val="007868C8"/>
    <w:rsid w:val="00790527"/>
    <w:rsid w:val="007936A6"/>
    <w:rsid w:val="007A4786"/>
    <w:rsid w:val="007A4962"/>
    <w:rsid w:val="007A7902"/>
    <w:rsid w:val="007B60F3"/>
    <w:rsid w:val="007B7441"/>
    <w:rsid w:val="007C5B28"/>
    <w:rsid w:val="007C7B2A"/>
    <w:rsid w:val="007D2319"/>
    <w:rsid w:val="007E78E1"/>
    <w:rsid w:val="007E7A53"/>
    <w:rsid w:val="007F0FCF"/>
    <w:rsid w:val="007F4AE2"/>
    <w:rsid w:val="00801C7A"/>
    <w:rsid w:val="00804924"/>
    <w:rsid w:val="00805374"/>
    <w:rsid w:val="00807534"/>
    <w:rsid w:val="00814763"/>
    <w:rsid w:val="00816650"/>
    <w:rsid w:val="0082087D"/>
    <w:rsid w:val="0082098F"/>
    <w:rsid w:val="00820DC4"/>
    <w:rsid w:val="00824030"/>
    <w:rsid w:val="0082504F"/>
    <w:rsid w:val="00826ABA"/>
    <w:rsid w:val="008345E1"/>
    <w:rsid w:val="0083638B"/>
    <w:rsid w:val="008379EF"/>
    <w:rsid w:val="00844C9B"/>
    <w:rsid w:val="00847D7C"/>
    <w:rsid w:val="0085204E"/>
    <w:rsid w:val="00853134"/>
    <w:rsid w:val="00857082"/>
    <w:rsid w:val="00884576"/>
    <w:rsid w:val="0088527E"/>
    <w:rsid w:val="00885337"/>
    <w:rsid w:val="008A149C"/>
    <w:rsid w:val="008A2B44"/>
    <w:rsid w:val="008A39E3"/>
    <w:rsid w:val="008A6C1F"/>
    <w:rsid w:val="008C008E"/>
    <w:rsid w:val="008C1077"/>
    <w:rsid w:val="008C629F"/>
    <w:rsid w:val="008D0C35"/>
    <w:rsid w:val="008D1540"/>
    <w:rsid w:val="008D3DFB"/>
    <w:rsid w:val="008D3E47"/>
    <w:rsid w:val="008D3F73"/>
    <w:rsid w:val="008D3FAD"/>
    <w:rsid w:val="008D4EDB"/>
    <w:rsid w:val="008D5BE5"/>
    <w:rsid w:val="008E0C41"/>
    <w:rsid w:val="008E3A00"/>
    <w:rsid w:val="008E644F"/>
    <w:rsid w:val="008E6AB2"/>
    <w:rsid w:val="008F2A85"/>
    <w:rsid w:val="008F4016"/>
    <w:rsid w:val="008F4DCF"/>
    <w:rsid w:val="00902E55"/>
    <w:rsid w:val="00906DEF"/>
    <w:rsid w:val="00911CB0"/>
    <w:rsid w:val="00912D0D"/>
    <w:rsid w:val="00913081"/>
    <w:rsid w:val="00913DF5"/>
    <w:rsid w:val="009156DF"/>
    <w:rsid w:val="009357FF"/>
    <w:rsid w:val="00936511"/>
    <w:rsid w:val="0093691A"/>
    <w:rsid w:val="009433CA"/>
    <w:rsid w:val="00946F18"/>
    <w:rsid w:val="009610D5"/>
    <w:rsid w:val="00963BD3"/>
    <w:rsid w:val="0097136B"/>
    <w:rsid w:val="009765AB"/>
    <w:rsid w:val="00977213"/>
    <w:rsid w:val="00981FA2"/>
    <w:rsid w:val="00987802"/>
    <w:rsid w:val="00992AF8"/>
    <w:rsid w:val="009944BE"/>
    <w:rsid w:val="00994BD0"/>
    <w:rsid w:val="009D33B3"/>
    <w:rsid w:val="009D3F0B"/>
    <w:rsid w:val="009E01C0"/>
    <w:rsid w:val="009E28AA"/>
    <w:rsid w:val="00A14261"/>
    <w:rsid w:val="00A14520"/>
    <w:rsid w:val="00A15A03"/>
    <w:rsid w:val="00A21497"/>
    <w:rsid w:val="00A2459C"/>
    <w:rsid w:val="00A25EBA"/>
    <w:rsid w:val="00A3342C"/>
    <w:rsid w:val="00A375D9"/>
    <w:rsid w:val="00A41514"/>
    <w:rsid w:val="00A44DB4"/>
    <w:rsid w:val="00A45C39"/>
    <w:rsid w:val="00A53C72"/>
    <w:rsid w:val="00A639A8"/>
    <w:rsid w:val="00A644AA"/>
    <w:rsid w:val="00A8649A"/>
    <w:rsid w:val="00A87573"/>
    <w:rsid w:val="00A95C4D"/>
    <w:rsid w:val="00AA1D8D"/>
    <w:rsid w:val="00AA3534"/>
    <w:rsid w:val="00AA3F25"/>
    <w:rsid w:val="00AC0415"/>
    <w:rsid w:val="00AC2AEF"/>
    <w:rsid w:val="00AC398C"/>
    <w:rsid w:val="00AC412B"/>
    <w:rsid w:val="00AD3B0B"/>
    <w:rsid w:val="00AD68A2"/>
    <w:rsid w:val="00AE13B9"/>
    <w:rsid w:val="00AE342E"/>
    <w:rsid w:val="00AF11B5"/>
    <w:rsid w:val="00AF1E41"/>
    <w:rsid w:val="00AF32F8"/>
    <w:rsid w:val="00AF7CA8"/>
    <w:rsid w:val="00B010F2"/>
    <w:rsid w:val="00B024ED"/>
    <w:rsid w:val="00B05457"/>
    <w:rsid w:val="00B15DFC"/>
    <w:rsid w:val="00B225F4"/>
    <w:rsid w:val="00B25346"/>
    <w:rsid w:val="00B25CA4"/>
    <w:rsid w:val="00B25E25"/>
    <w:rsid w:val="00B31DE5"/>
    <w:rsid w:val="00B40338"/>
    <w:rsid w:val="00B426E2"/>
    <w:rsid w:val="00B43C9F"/>
    <w:rsid w:val="00B47730"/>
    <w:rsid w:val="00B501A8"/>
    <w:rsid w:val="00B51407"/>
    <w:rsid w:val="00B52620"/>
    <w:rsid w:val="00B540DC"/>
    <w:rsid w:val="00B6169E"/>
    <w:rsid w:val="00B658AB"/>
    <w:rsid w:val="00B80631"/>
    <w:rsid w:val="00B819D4"/>
    <w:rsid w:val="00B81FF5"/>
    <w:rsid w:val="00B824B8"/>
    <w:rsid w:val="00B82EDE"/>
    <w:rsid w:val="00B9052E"/>
    <w:rsid w:val="00B9122F"/>
    <w:rsid w:val="00B94BC3"/>
    <w:rsid w:val="00BA2C5D"/>
    <w:rsid w:val="00BC0A10"/>
    <w:rsid w:val="00BC1011"/>
    <w:rsid w:val="00BD2826"/>
    <w:rsid w:val="00BD5D12"/>
    <w:rsid w:val="00BE21DA"/>
    <w:rsid w:val="00BE50BF"/>
    <w:rsid w:val="00BE67E4"/>
    <w:rsid w:val="00BF0631"/>
    <w:rsid w:val="00BF099A"/>
    <w:rsid w:val="00BF477D"/>
    <w:rsid w:val="00BF63E8"/>
    <w:rsid w:val="00C04106"/>
    <w:rsid w:val="00C0575B"/>
    <w:rsid w:val="00C102F7"/>
    <w:rsid w:val="00C11CA2"/>
    <w:rsid w:val="00C224DA"/>
    <w:rsid w:val="00C23C04"/>
    <w:rsid w:val="00C2499D"/>
    <w:rsid w:val="00C30485"/>
    <w:rsid w:val="00C33882"/>
    <w:rsid w:val="00C43BFF"/>
    <w:rsid w:val="00C505FC"/>
    <w:rsid w:val="00C51E67"/>
    <w:rsid w:val="00C523B5"/>
    <w:rsid w:val="00C5644E"/>
    <w:rsid w:val="00C670ED"/>
    <w:rsid w:val="00C76BA4"/>
    <w:rsid w:val="00C81FC1"/>
    <w:rsid w:val="00C9126B"/>
    <w:rsid w:val="00C9419A"/>
    <w:rsid w:val="00CA6883"/>
    <w:rsid w:val="00CB0664"/>
    <w:rsid w:val="00CB3813"/>
    <w:rsid w:val="00CC5191"/>
    <w:rsid w:val="00CD1FCD"/>
    <w:rsid w:val="00CD40AE"/>
    <w:rsid w:val="00CD63FD"/>
    <w:rsid w:val="00CE0739"/>
    <w:rsid w:val="00CE15E3"/>
    <w:rsid w:val="00CE445C"/>
    <w:rsid w:val="00CE6F06"/>
    <w:rsid w:val="00CE7533"/>
    <w:rsid w:val="00D0356F"/>
    <w:rsid w:val="00D172A5"/>
    <w:rsid w:val="00D23AEA"/>
    <w:rsid w:val="00D30D68"/>
    <w:rsid w:val="00D3365B"/>
    <w:rsid w:val="00D34269"/>
    <w:rsid w:val="00D345C9"/>
    <w:rsid w:val="00D44995"/>
    <w:rsid w:val="00D4647C"/>
    <w:rsid w:val="00D47945"/>
    <w:rsid w:val="00D55956"/>
    <w:rsid w:val="00D55BFC"/>
    <w:rsid w:val="00D57FA2"/>
    <w:rsid w:val="00D62AA9"/>
    <w:rsid w:val="00D66905"/>
    <w:rsid w:val="00D7009E"/>
    <w:rsid w:val="00D70FCD"/>
    <w:rsid w:val="00D73DF4"/>
    <w:rsid w:val="00D7412C"/>
    <w:rsid w:val="00D76368"/>
    <w:rsid w:val="00D82121"/>
    <w:rsid w:val="00D845AC"/>
    <w:rsid w:val="00D85155"/>
    <w:rsid w:val="00D91EEB"/>
    <w:rsid w:val="00D949FD"/>
    <w:rsid w:val="00DA0A21"/>
    <w:rsid w:val="00DA4687"/>
    <w:rsid w:val="00DA6E6F"/>
    <w:rsid w:val="00DB4EB2"/>
    <w:rsid w:val="00DC116D"/>
    <w:rsid w:val="00DC1EA9"/>
    <w:rsid w:val="00DC413A"/>
    <w:rsid w:val="00DC4169"/>
    <w:rsid w:val="00DD45F5"/>
    <w:rsid w:val="00DE08C5"/>
    <w:rsid w:val="00DE2FD3"/>
    <w:rsid w:val="00DE4444"/>
    <w:rsid w:val="00DE583B"/>
    <w:rsid w:val="00DF15A0"/>
    <w:rsid w:val="00E0377E"/>
    <w:rsid w:val="00E105E8"/>
    <w:rsid w:val="00E27CB9"/>
    <w:rsid w:val="00E3081A"/>
    <w:rsid w:val="00E34CF7"/>
    <w:rsid w:val="00E409DE"/>
    <w:rsid w:val="00E422C7"/>
    <w:rsid w:val="00E428D4"/>
    <w:rsid w:val="00E42C13"/>
    <w:rsid w:val="00E54063"/>
    <w:rsid w:val="00E54301"/>
    <w:rsid w:val="00E569F8"/>
    <w:rsid w:val="00E57967"/>
    <w:rsid w:val="00E64336"/>
    <w:rsid w:val="00E6533C"/>
    <w:rsid w:val="00E74767"/>
    <w:rsid w:val="00E7571B"/>
    <w:rsid w:val="00E75B80"/>
    <w:rsid w:val="00E75C76"/>
    <w:rsid w:val="00E83230"/>
    <w:rsid w:val="00E86A16"/>
    <w:rsid w:val="00E90111"/>
    <w:rsid w:val="00E901A9"/>
    <w:rsid w:val="00EA315E"/>
    <w:rsid w:val="00EA440A"/>
    <w:rsid w:val="00EC55FD"/>
    <w:rsid w:val="00EC6B8A"/>
    <w:rsid w:val="00ED3C74"/>
    <w:rsid w:val="00ED5709"/>
    <w:rsid w:val="00ED7C9F"/>
    <w:rsid w:val="00EE1BA1"/>
    <w:rsid w:val="00EF26D8"/>
    <w:rsid w:val="00EF3389"/>
    <w:rsid w:val="00F02158"/>
    <w:rsid w:val="00F02842"/>
    <w:rsid w:val="00F058A2"/>
    <w:rsid w:val="00F10878"/>
    <w:rsid w:val="00F13CB0"/>
    <w:rsid w:val="00F206F3"/>
    <w:rsid w:val="00F2381B"/>
    <w:rsid w:val="00F2479B"/>
    <w:rsid w:val="00F27380"/>
    <w:rsid w:val="00F27A4D"/>
    <w:rsid w:val="00F305BF"/>
    <w:rsid w:val="00F424B2"/>
    <w:rsid w:val="00F43DB3"/>
    <w:rsid w:val="00F43F6A"/>
    <w:rsid w:val="00F4574F"/>
    <w:rsid w:val="00F54FB9"/>
    <w:rsid w:val="00F6482C"/>
    <w:rsid w:val="00F64ACC"/>
    <w:rsid w:val="00F722D8"/>
    <w:rsid w:val="00F74FD6"/>
    <w:rsid w:val="00F75983"/>
    <w:rsid w:val="00F7623D"/>
    <w:rsid w:val="00F8214A"/>
    <w:rsid w:val="00F83D3D"/>
    <w:rsid w:val="00FA41A5"/>
    <w:rsid w:val="00FA5ED6"/>
    <w:rsid w:val="00FA7BF1"/>
    <w:rsid w:val="00FA7F32"/>
    <w:rsid w:val="00FB1386"/>
    <w:rsid w:val="00FB48F0"/>
    <w:rsid w:val="00FB6C7E"/>
    <w:rsid w:val="00FB7E4F"/>
    <w:rsid w:val="00FC693F"/>
    <w:rsid w:val="00FD36BC"/>
    <w:rsid w:val="00FE23CD"/>
    <w:rsid w:val="00FE3FB1"/>
    <w:rsid w:val="00FE58F5"/>
    <w:rsid w:val="00FF43C7"/>
    <w:rsid w:val="00FF560F"/>
    <w:rsid w:val="00FF79E4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194C7B2"/>
  <w14:defaultImageDpi w14:val="300"/>
  <w15:docId w15:val="{EEC5B45B-4F0D-4B24-98E6-7CF829BED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A98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aliases w:val="Heading 2.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aliases w:val="Heading 2.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Paragraph,Norm,Nga 3,List Paragraph1,Đoạn của Danh sách,List Paragraph11,Đoạn c𞹺Danh sách,List Paragraph111,List Paragraph2,List Paragraph 1,List Paragraph1111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uiPriority w:val="99"/>
    <w:unhideWhenUsed/>
    <w:rsid w:val="00B9122F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7DE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semiHidden/>
    <w:unhideWhenUsed/>
    <w:rsid w:val="000C7DEE"/>
    <w:pPr>
      <w:spacing w:after="0" w:line="240" w:lineRule="auto"/>
    </w:pPr>
    <w:rPr>
      <w:rFonts w:ascii=".VnTime" w:eastAsia="Times New Roman" w:hAnsi=".VnTime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C7DEE"/>
    <w:rPr>
      <w:rFonts w:ascii=".VnTime" w:eastAsia="Times New Roman" w:hAnsi=".VnTime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0C7DEE"/>
    <w:rPr>
      <w:vertAlign w:val="superscript"/>
    </w:rPr>
  </w:style>
  <w:style w:type="paragraph" w:styleId="BodyTextIndent2">
    <w:name w:val="Body Text Indent 2"/>
    <w:basedOn w:val="Normal"/>
    <w:link w:val="BodyTextIndent2Char"/>
    <w:unhideWhenUsed/>
    <w:rsid w:val="000C7DEE"/>
    <w:pPr>
      <w:spacing w:after="120" w:line="480" w:lineRule="auto"/>
      <w:ind w:left="283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0C7DEE"/>
    <w:rPr>
      <w:rFonts w:ascii=".VnTime" w:eastAsia="Times New Roman" w:hAnsi=".VnTime" w:cs="Times New Roman"/>
      <w:sz w:val="28"/>
      <w:szCs w:val="20"/>
    </w:rPr>
  </w:style>
  <w:style w:type="paragraph" w:customStyle="1" w:styleId="Nhuongld">
    <w:name w:val="Nhuongld"/>
    <w:basedOn w:val="Normal"/>
    <w:link w:val="NhuongldChar"/>
    <w:qFormat/>
    <w:rsid w:val="000C7DEE"/>
    <w:pPr>
      <w:spacing w:before="120" w:after="40" w:line="288" w:lineRule="auto"/>
      <w:ind w:firstLine="547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NhuongldChar">
    <w:name w:val="Nhuongld Char"/>
    <w:link w:val="Nhuongld"/>
    <w:locked/>
    <w:rsid w:val="000C7DEE"/>
    <w:rPr>
      <w:rFonts w:ascii="Times New Roman" w:eastAsia="Times New Roman" w:hAnsi="Times New Roman" w:cs="Times New Roman"/>
      <w:sz w:val="26"/>
      <w:szCs w:val="24"/>
    </w:rPr>
  </w:style>
  <w:style w:type="paragraph" w:styleId="NormalWeb">
    <w:name w:val="Normal (Web)"/>
    <w:basedOn w:val="Normal"/>
    <w:uiPriority w:val="99"/>
    <w:semiHidden/>
    <w:unhideWhenUsed/>
    <w:rsid w:val="00885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Paragraph Char,Norm Char,Nga 3 Char,List Paragraph1 Char,Đoạn của Danh sách Char,List Paragraph11 Char,Đoạn c𞹺Danh sách Char,List Paragraph111 Char,List Paragraph2 Char,List Paragraph 1 Char,List Paragraph1111 Char"/>
    <w:link w:val="ListParagraph"/>
    <w:uiPriority w:val="34"/>
    <w:locked/>
    <w:rsid w:val="00D73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0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4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6AA191-7BBE-475D-B16A-AD971F0A5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Phùng Thị Hồng Dung (KTV)</cp:lastModifiedBy>
  <cp:revision>44</cp:revision>
  <cp:lastPrinted>2025-11-24T10:27:00Z</cp:lastPrinted>
  <dcterms:created xsi:type="dcterms:W3CDTF">2026-06-03T04:03:00Z</dcterms:created>
  <dcterms:modified xsi:type="dcterms:W3CDTF">2026-06-03T09:49:00Z</dcterms:modified>
  <cp:category/>
</cp:coreProperties>
</file>